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«Инфин»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"ИНФИН" (подробнее) Ответчики: Инспекция Федеральная налоговой службы по городу Новороссийску Краснодарского края (подробнее) ИФНС по г. Новороссийску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