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ОЭБ и ПК УМВД России по г.Калуге (подробнее) Управление Министерства внутренних дел РФ по г. Калуге (подробнее) Ответчики: Айдынов Расим Джалил оглы (подробнее) ИП Айдынов Р.Д.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