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«Инженерно-технический центр»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ЗАО "Инженерно-технический Центр" (подробнее) Ответчики: Центральное управление Федеральной службы по экологическому, технологическому и атомному надзору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