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«Терминал Тольятти»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