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Межрайонной инспекции Федеральной налоговой службы по крупнейшим налогоплательщикам № 13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Микрокредитная компания "Выручай-Деньги" (подробнее) Ответчики: МЕЖРАЙОННАЯ ИНСПЕКЦИЯ ФЕДЕРАЛЬНОЙ НАЛОГОВОЙ СЛУЖБЫ ПО КРУПНЕЙШИМ НАЛОГОПЛАТЕЛЬЩИКАМ №13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