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«Архыз-Фрут 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"Архыз-Фрут Логистик" (подробнее) Ответчики: Управление Федеральной налоговой службы по Карачаево-Черкесской Республике (подробнее) УФНС РФ по КЧР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