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«АбсолютАвто-70»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"АбсолютАвто-70" (подробнее) Ответчики: Инспекция Федеральной налоговой службы по г. Томску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