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предприятию «Управление заказчика капитального строительства Министерства обороны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Министерство обороны Российской Федерации (подробнее) Ответчики: 140 Отдел государственного архитектурно-строительного надзора Министерства обороны РФ (подробнее) ЗАО ФЕДЕРАЛЬНОЕ КАЗЕННОЕ ПРЕДПРИЯТИЕ УПРАВЛЕНИЕ ЗАКАЗЧИКА КАПИТАЛЬНОГО СТРОИТЕЛЬСТВА МИНИСТЕРСТВА ОБОРОНЫ РОССИЙСКОЙ ФЕДЕРАЦИИ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