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Козлову Валерию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