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ТО Управления Роспотребнадзора по Владимирской области в Петушинском и Собинском районах (подробнее) Управление Федеральной службы по надзору в сфере защиты прав потребителей и благополучия человека по Владимирской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