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«Производственное управление водоснабжения и водоотведения города Читы»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ПРОИЗВОДСТВЕННОЕ УПРАВЛЕНИЕ ВОДОСНАБЖЕНИЯ И ВОДООТВЕДЕНИЯ ГОРОДА ЧИТЫ (подробнее) Ответчики: Государственная инспекция Забайкальского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