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Санинскому Олегу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