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2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Республике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