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«Сельскохозяйственное предприятие Снежеть»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"Сельскохозяйственное предприятие Снежеть" (подробнее) Ответчики: ГУ Управление ПФР РФ по Брянской области (подробнее) Межрайонная ИФНС России №5 по Брянской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