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«Коллекшн Консалт»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