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ноября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«Т ИНЖИНИРИНГ»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ООО "Т Инжиниринг" (подробнее) Ответчики: Межрайонная ИФНС России №19 по Самарской области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