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Службе строительного надзора и жилищного контроля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"ЕНИСЕЙСКАЯ ТЕРРИТОРИАЛЬНАЯ ГЕНЕРИРУЮЩАЯ КОМПАНИЯ ТГК-13" (подробнее) Ответчики: Служба строительного надзора и жилищного контроля Красноярского края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