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Республике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ФГБОУВО "БГУ" (подробнее) ФЕДЕРАЛЬНОЕ ГОСУДАРСТВЕННОЕ БЮДЖЕТНОЕ ОБРАЗОВАТЕЛЬНОЕ УЧРЕЖДЕНИЕ ВЫСШЕГО ОБРАЗОВАНИЯ "БАШКИРСКИЙ ГОСУДАРСТВЕННЫЙ УНИВЕРСИТЕТ" (подробнее) Ответчики: Управление Федерального казначества по РБ (подробнее) УФК по РБ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