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«Управление строительства муниципальных объектов»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МКУ "Управление строительства муниципальных объектов" (подробнее) муниципальное казенное учреждение "Управление строительства муниципальных объектов" (подробнее) Ответчики: Управление Федеральной антимонопольной службы по Краснодарскому краю (подробнее) Иные лица: Управление Федеральной Антимонопольной службы по КК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