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«Московский коксогазовый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"АТЭК" (подробнее) Ответчики: АО "МОСКОВСКИЙ КОКСОГАЗОВЫЙ ЗАВОД"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