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«РТ-ПРОЕКТ»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"РТ-ПРОЕКТ" (подробнее) Ответчики: КАЗЕННОЕ ПРЕДПРИЯТИЕ ГОРОДА МОСКВЫ "ВЫСТАВКА ДОСТИЖЕНИЙ НАРОДНОГО ХОЗЯЙСТВА"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