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«Завод нефтяного и газового оборудования»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