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Мартыновой Татьяне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