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остается без рассмотрения.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Казакову Алексею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