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«Государственный Рязанский приборный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"Государственный Рязанский приборный завод" (подробнее) АО "Государственный Рязансукий приборный завод" (подробнее) Ответчики: Приокское управление Федеральной службы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