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Военный комиссариат Хабаровского края (подробнее) ФКУ "Военный комиссариат Хабаровского края" (подробнее) Ответчики: КГБУ "Эльбанский психоневрологический интернат" (подробнее) Иные лица: ИФНС №4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