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«Управления финансового обеспечения Министерства обороны Российской Федерации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Управление финансового обеспечения Министерства обороны Российской Федерации по Краснодарскому краю (подробнее) Федеральное казенное учреждение "Управление финансового обеспечения Министерства обороны Российской Федерации по Краснодарскому краю" (подробнее) ФКУ "Управление финансового обеспечения Минобороны РФ по Краснодарскому краю" (подробнее) Ответчики: ГУ ОПФ РФ по КК правопреемник УПФ РФ в Прикубанском Внутригородском округе (подробнее) ГУ отделение Пенсионного фонда РФ по Кк (подробнее) ГУ Отделение Пенсионного фонда РФ по Краснодарскому краю (подробнее) ГУ Управление Пенсионного фонда России в Прикубанском внутригородском округе г. Краснодара Краснодарского края (подробнее) ГУ - Управление пенсионного фонда РФ в Прикубанском внутригородском округе города Краснодара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