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Ханин Дмитрий Николаевич (подробнее) Ответчики: Межрайонная инспекция Федеральной налоговой службы №23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