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Судакову Максиму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