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группа «Контур»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"СТРОИТЕЛЬНАЯ ГРУППА КОНТУР" (подробнее) Ответчики: Межрайонная инспекция Федеральной налоговой службы №9 по Владимирской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