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«Останкино-Пермь»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