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«Охранная фирма «Титан»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