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Баринов Евгений Николаевич обратился в Арбитражный суд Саратовской области с иском к Резнику Евгению Петровичу и акционерному обществу «Саратовское электроагрегатное производственное объединение» о признании недействительным решения внеочередного общего собрания открытого акционерного общества «СЭПО» (далее – Общество) от 17.05.2017.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Завод электроагрегатного машиностроения акционерного общества «Саратовское электроагрегатное производственное объединение», акционерное общество «Сервис-Реестр», Резник Александр Евгеньевич, Резник Тамара Федоровна, Резник Алексей Евгеньевич, Резник Елена Юрьевна. Решением Арбитражного суда Саратовской области от 16.12.2021, оставленным без изменения постановлением Двенадцатого арбитражного апелляционного суда от 24.02.2022 и постановлением Арбитражного суда Поволжского округа от 04.07.2022,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2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при подсчете голосов неправомерно учитывался весь пакет акций ОАО «СЭПО» ввиду несоблюдения порядка, предусмотренного пунктом 1 статьи 84.2 Федерального закона от 26.12.1995 №208-ФЗ «Об акционерных обществах» (далее -Закон №208 ФЗ) , отмечая, что Резник Е.П. формально продал часть акций, чтобы не попасть под ограничения, установленные указанной нормой.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по требованию единоличного исполнительного органа на 17.05.2017 было назначено внеочередное собрание акционеров Общества с повесткой дня, включающей в себя вопрос об избрании Совета директоров, с учетом направленного предложения по кандидатурам. В указанном собрании приняли участие акционеры, владеющие 79,537% от числа голосов, приходившихся на голосующие акции Общества. По вопросу повестки дня об избрании членов Совета директоров принято решение от 17.05.2017 об избрании в Совет директоров Резника Е.П., Резника Алексея Евгеньевича, Баринова Евгения Николаевича, Резника Александра Евгеньевича, Савченко Александра Николаевича, Полякову Марину Игоревну, Нефедова Игоря Станиславовича, Шмелева Сергея Александровича, Краснова Алексея Павловича. Истец полагает, что указанное решение собрания является незаконным, так как при подсчете голосов неправомерно учитывался весь пакет акций Общества ввиду несоблюдения порядка, предусмотренного пунктом 1 статьи 84.2 Закона № 208-ФЗ. Так, по мнению истца, по состоянию на 15.03.2017 акционер Общества – Резник Е.П. владел более 30% акций; Резник А.Е. – 725 324 акций (1,5%); Резник А.Е. – 51 075 акций (0,1%), Резник Т.Ф. – 3 110 102 акций (6,6%). Всего по состоянию на 15.03.2017 названные лица владели 24 563 467 акциями Общества (52,2%). В соответствии с требованиями пункта 1 статьи 84.9 Закона № 208-ФЗ, Резник Е.П. обязан был направить акционерам общества обязательное предложение не позднее 19.04.2017. 3 Вместе с тем, в установленные законом сроки обязательное предложение о приобретении ценных бумаг общества от Резника Е.П. или его аффилированных лиц не поступало. Резником Е.П.был нарушен порядок приобретения более 30% акций Общества. Исследовав и оценив по правилам статьи 71 АПК РФ представленные доказательства, руководствуясь статьями 149.2, 181.4 Гражданского кодекса Российской Федерации, статьями 49, 84.2 Закона № 208-ФЗ, разъяснениями, изложенными в пункте 24 постановления Пленума Высшего Арбитражного Суда Российской Федерации от 18.11.2003 № 19 «О некоторых вопросах применения Федерального закона «Об акционерных обществах», суды отказали в удовлетворении требований, придя к выводу ,что при принятии оспариваемого решения был верно определен необходимый кворум, нарушений при проведении собрания допущено не было. При этом суды установили, что согласно сведениям регистратора по состоянию на 17.05.2017 – дату проведения спорного собрания, Резник Е.П. являлся владельцем 9 784 076 акций Общества, что составляет 20,7956%; Резнику А.Е. принадлежало 725 324 акций; Резнику Т.Ф. принадлежало 3 110 102 акций; Резнику Е.Ю. – 2370 акций. В обоснование заявленных требований истец руководствовался сведениями по состоянию на 15.03.2017, тогда как 06.04.2017 было осуществлено списание 10 900 000 акций Общества, принадлежавших Резнику Е.П. в пользу общества с ограниченной ответственностью «Сириус» (далее – ООО «Сириус»). Суды заключили, что у Резника Е.П. и его аффилированных лиц по состоянию на дату проведения собрания не имелось более 30% акций Общества. Судебными инстанциями отклонен довод о том, что отчужденные акций в пользу ООО «Сириус» впоследствии были обратно отчуждены Резнику Е.П. по договору купли-продажи, зарегистрированному 27.12.2017, принимая во внимание отсутствие доказательств фактического голосования ответчиком и его аффилированными лицами на оспариваемом собрании акциями в количестве, превышающем 30%. Материалы дела не содержат доказательств, что на день проведения внеочередного общего собрания акционеров ОАО «СЭПО»17.05.2017 состоялся переход прав на акции в количестве 10 900 000 от ООО «Сириус» к Резнику Е.П. Кроме того, суду не представлено доказательств мнимости договора купли- продажи 10 900 000 акций Общества, равно как и доказательств аффилированности Резника Е.П. и ООО «Сириус».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4 отказать в передаче кассационной жалобы Баринова Евгения Николаевича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