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«НТС ТУР»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"НТС ТУР" (подробнее) Ответчики: Инспекция регионального строительного надзора и контроля в области долевого строительства Приморского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