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«Кронвел»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"Кронвел" (подробнее) Ответчики: УФАС по 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