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Маслову Игорю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