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Как усматривается из судебных актов, после окончания основного исполнительного производства в связи с поступлением заявления от взыскателя постановлением судебного пристава-исполнителя Полтавского районного отдела судебных приставов Управления Федеральной службы судебных приставов по Омской области от 31.01.2019 возбуждено исполнительное производство для взыскания с должника на основании постановления судебного пристава-исполнителя от 17.01.2017 № 55029/17/281 исполнительского сбора, в рамках которого в 2021 году со счетов общества списаны денежные средства в размере 1 497 243 рублей 32 копеек в счет погашения исполнительского сбора. Не согласившись с указанным постановлением, считая действия судебного пристава-исполнителя по принудительному взысканию исполнительского сбора незаконными, общество обратилось в арбитражный суд. Отказывая в удовлетворении заявленных требований, суды исходили из соблюдения судебным приставом-исполнителем срока возбуждения исполнительного производства с целью исполнения постановления о взыскании исполнительского сбора, а также пропуска заявителем срока на его обжалование. Суды указали, что постановление о взыскании исполнительского сбора действует до его уплаты, поскольку срок, по истечении которого судебный пристав-исполнитель не вправе осуществлять взыскание исполнительского сбора, при условии своевременного возбуждения исполнительного производства по взысканию исполнительского сбора, Федеральным законом от 02.10.2007 № 229-ФЗ «Об исполнительном производстве» не установлен. Выводы судебных инстанций соответствуют правовой позиции Президиума Высшего Арбитражного Суда Российской Федерации, изложенной в постановлении от 14.07.2009 № 3057/09. Изложенные в жалобе доводы ранее изучались судами и получили правовую оценку. Иное толкование заявителем кассационной жалобы положений действующего законодательства не означает допущенной при рассмотрении дела судебной ошибки и не является основанием для пересмотра судебных актов в кассационном порядке.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«КЭАгро»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"КЭАгро" (подробнее) Ответчики: Полтавское РОСП УФССП России по Омской области (подробнее) Судебный пристав-исполнитель Таврического РОСП УФССП России по Омской области Заурбрай Наталья Сергеевна (подробнее) Таврическое РОСП УФССП России по омской области (подробнее) УФССП Росии по Омской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