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Приволжской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"Приволжский Таможенный Представитель" (подробнее) Ответчики: Приволжская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