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муниципальному казенному учреждению «Центр материально- технического обеспечения и обслуживания муниципальных учреждений города Кировска»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