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Территориальный фонд обязательного медицинского страхования Краснодарского края (подробнее) Ответчики: ООО "АльфаСтрахование-ОМС" (подробнее) ООО Краснодарский филиал "АльфаСтрахование-ОМС"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