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"Аверс" (подробнее) Ответчики: Административная комиссия №3 Дмитровского городского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