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Санкт-Петербургское государственное казенное учреждение "Дирекция транспортного строительства"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