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Симиндяеву Андрею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