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«Торгово-коммерческая фирма «Содружество-1»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"ТОРГОВО-КОММЕРЧЕСКАЯ ФИРМА "СОДРУЖЕСТВО - 1" (подробнее) Ответчики: Государственная инспекция по контролю за использованием объектов недвижимости города Москвы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