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«АВ-Комплекс»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"АВ-комплекс" (подробнее) Ответчики: ФАС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