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«Независимая энергетическая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"Независимая энергетическая компания" (подробнее) Ответчики: Воронежская таможня (подробнее) ЦЕНТРАЛЬНАЯ ОПЕРАТИВНАЯ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