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«Дорожная строительная компания «Карьер»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Северное межрегиональное управление Государственного автодорожного надзора Федеральной службы по надзору в сфере транспорта (подробнее) Ответчики: ООО "Дорожная Строительная Компания "Карьер" (подробнее) Иные лица: УФССП по Республике Коми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