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Ялта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"ЗЕЛЕНЫЙ МЕГАПОЛИС" (подробнее) Ответчики: Администрация города Ялта Республики Крым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