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«Байкальская строительная 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