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«Финансовое Агентство по Сбору Платежей»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"ФАСП" (подробнее) АО "Финансовое Агентство по сбору платежей" (подробнее) Ответчики: УФССП по РК (подробнее) Иные лица: Управление Федеральной службы судебных приставов по Республике Калмыкия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